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75FCF" w14:textId="77777777" w:rsidR="00A00B01" w:rsidRPr="00691B2E" w:rsidRDefault="00A06636">
      <w:pPr>
        <w:rPr>
          <w:lang w:val="pl-PL"/>
        </w:rPr>
      </w:pPr>
      <w:bookmarkStart w:id="0" w:name="_GoBack"/>
      <w:bookmarkEnd w:id="0"/>
      <w:r w:rsidRPr="00691B2E">
        <w:rPr>
          <w:b/>
          <w:lang w:val="pl-PL"/>
        </w:rPr>
        <w:t>OGÓLNOPOLSKI ZWIĄZEK ZAWODOWY</w:t>
      </w:r>
      <w:r w:rsidRPr="00691B2E">
        <w:rPr>
          <w:b/>
          <w:lang w:val="pl-PL"/>
        </w:rPr>
        <w:br/>
        <w:t>PRACOWNIKÓW INSPEKCJI WETERYNARYJNEJ</w:t>
      </w:r>
    </w:p>
    <w:p w14:paraId="75B3731E" w14:textId="77777777" w:rsidR="00A00B01" w:rsidRPr="00691B2E" w:rsidRDefault="00A06636">
      <w:pPr>
        <w:pStyle w:val="Tytu"/>
        <w:rPr>
          <w:lang w:val="pl-PL"/>
        </w:rPr>
      </w:pPr>
      <w:r w:rsidRPr="00691B2E">
        <w:rPr>
          <w:lang w:val="pl-PL"/>
        </w:rPr>
        <w:t>Lista poparcia postulatów zmian w Inspekcji Weterynaryjnej</w:t>
      </w:r>
    </w:p>
    <w:p w14:paraId="00544DD3" w14:textId="6180566E" w:rsidR="00A00B01" w:rsidRPr="00691B2E" w:rsidRDefault="00A06636">
      <w:pPr>
        <w:rPr>
          <w:lang w:val="pl-PL"/>
        </w:rPr>
      </w:pPr>
      <w:r w:rsidRPr="00691B2E">
        <w:rPr>
          <w:lang w:val="pl-PL"/>
        </w:rPr>
        <w:t xml:space="preserve">Popieram poniższe postulaty OZZPIW, </w:t>
      </w:r>
      <w:r w:rsidR="00691B2E" w:rsidRPr="00691B2E">
        <w:rPr>
          <w:lang w:val="pl-PL"/>
        </w:rPr>
        <w:t xml:space="preserve">wyrażam wsparcie dla postulatów </w:t>
      </w:r>
      <w:r w:rsidRPr="00691B2E">
        <w:rPr>
          <w:lang w:val="pl-PL"/>
        </w:rPr>
        <w:t>dolnośląskich powiatowych lekarzy weterynarii z 26</w:t>
      </w:r>
      <w:r w:rsidR="00691B2E" w:rsidRPr="00691B2E">
        <w:rPr>
          <w:lang w:val="pl-PL"/>
        </w:rPr>
        <w:t> </w:t>
      </w:r>
      <w:r w:rsidRPr="00691B2E">
        <w:rPr>
          <w:lang w:val="pl-PL"/>
        </w:rPr>
        <w:t xml:space="preserve">października 2026 r. popartymi przez opolskich </w:t>
      </w:r>
      <w:r w:rsidR="00691B2E">
        <w:rPr>
          <w:lang w:val="pl-PL"/>
        </w:rPr>
        <w:t>powiatowych lekarzy weterynarii</w:t>
      </w:r>
      <w:r w:rsidRPr="00691B2E">
        <w:rPr>
          <w:lang w:val="pl-PL"/>
        </w:rPr>
        <w:t xml:space="preserve"> w liście z 29 października 2026 r.:</w:t>
      </w:r>
    </w:p>
    <w:p w14:paraId="3D3A37F2" w14:textId="77777777" w:rsidR="00A00B01" w:rsidRPr="00691B2E" w:rsidRDefault="00A06636">
      <w:pPr>
        <w:rPr>
          <w:lang w:val="pl-PL"/>
        </w:rPr>
      </w:pPr>
      <w:r w:rsidRPr="00691B2E">
        <w:rPr>
          <w:lang w:val="pl-PL"/>
        </w:rPr>
        <w:t>1. jasnego podziału kompetencji i odpowiedzialności oraz zasad współpracy organów państwa, samorządów i organizacji społecznych podczas inter</w:t>
      </w:r>
      <w:r w:rsidRPr="00691B2E">
        <w:rPr>
          <w:lang w:val="pl-PL"/>
        </w:rPr>
        <w:t>wencji dotyczących zwierząt;</w:t>
      </w:r>
    </w:p>
    <w:p w14:paraId="7D8123C4" w14:textId="77777777" w:rsidR="00A00B01" w:rsidRPr="00691B2E" w:rsidRDefault="00A06636">
      <w:pPr>
        <w:rPr>
          <w:lang w:val="pl-PL"/>
        </w:rPr>
      </w:pPr>
      <w:r w:rsidRPr="00691B2E">
        <w:rPr>
          <w:lang w:val="pl-PL"/>
        </w:rPr>
        <w:t>2. jednolitych procedur, systematycznych szkoleń i dostępnego wsparcia prawnego oraz merytorycznego;</w:t>
      </w:r>
    </w:p>
    <w:p w14:paraId="5E461129" w14:textId="77777777" w:rsidR="00A00B01" w:rsidRPr="00691B2E" w:rsidRDefault="00A06636">
      <w:pPr>
        <w:rPr>
          <w:lang w:val="pl-PL"/>
        </w:rPr>
      </w:pPr>
      <w:r w:rsidRPr="00691B2E">
        <w:rPr>
          <w:lang w:val="pl-PL"/>
        </w:rPr>
        <w:t>3. odpowiedniej obsady kadrowej i stabilnego finansowania zadań Inspekcji;</w:t>
      </w:r>
    </w:p>
    <w:p w14:paraId="410D2E95" w14:textId="77777777" w:rsidR="00A00B01" w:rsidRPr="00691B2E" w:rsidRDefault="00A06636">
      <w:pPr>
        <w:rPr>
          <w:lang w:val="pl-PL"/>
        </w:rPr>
      </w:pPr>
      <w:r w:rsidRPr="00691B2E">
        <w:rPr>
          <w:lang w:val="pl-PL"/>
        </w:rPr>
        <w:t>4. ochrony pracowników przed hejtem i presją oraz o</w:t>
      </w:r>
      <w:r w:rsidRPr="00691B2E">
        <w:rPr>
          <w:lang w:val="pl-PL"/>
        </w:rPr>
        <w:t>ceny ich działań na podstawie faktów, obowiązków i rzeczywistych możliwości działania;</w:t>
      </w:r>
    </w:p>
    <w:p w14:paraId="31C0D80E" w14:textId="77777777" w:rsidR="00A00B01" w:rsidRPr="00691B2E" w:rsidRDefault="00A06636">
      <w:pPr>
        <w:rPr>
          <w:lang w:val="pl-PL"/>
        </w:rPr>
      </w:pPr>
      <w:r w:rsidRPr="00691B2E">
        <w:rPr>
          <w:lang w:val="pl-PL"/>
        </w:rPr>
        <w:t>5. rzeczowego dialogu z pracownikami i ich przedstawicielami oraz przedstawienia konkretnych działań i harmonogramu wdrożenia zmian.</w:t>
      </w:r>
    </w:p>
    <w:p w14:paraId="4E2D6754" w14:textId="77777777" w:rsidR="00A00B01" w:rsidRPr="00691B2E" w:rsidRDefault="00A06636">
      <w:pPr>
        <w:rPr>
          <w:lang w:val="pl-PL"/>
        </w:rPr>
      </w:pPr>
      <w:r w:rsidRPr="00691B2E">
        <w:rPr>
          <w:lang w:val="pl-PL"/>
        </w:rPr>
        <w:t>ZGODA NA PRZETWARZANIE DANYCH</w:t>
      </w:r>
    </w:p>
    <w:p w14:paraId="3EE1DDFA" w14:textId="77777777" w:rsidR="00A00B01" w:rsidRPr="00691B2E" w:rsidRDefault="00A06636">
      <w:pPr>
        <w:rPr>
          <w:lang w:val="pl-PL"/>
        </w:rPr>
      </w:pPr>
      <w:r w:rsidRPr="00691B2E">
        <w:rPr>
          <w:lang w:val="pl-PL"/>
        </w:rPr>
        <w:t>Podpis</w:t>
      </w:r>
      <w:r w:rsidRPr="00691B2E">
        <w:rPr>
          <w:lang w:val="pl-PL"/>
        </w:rPr>
        <w:t>ując listę, wyrażam zgodę na przetwarzanie przez OZZPIW mojego imienia, nazwiska i podpisu w celu zebrania i udokumentowania poparcia oraz przekazania listy Prezesowi Rady Ministrów, Ministrowi Rolnictwa i Rozwoju Wsi i Głównemu Lekarzowi Weterynarii. Zapo</w:t>
      </w:r>
      <w:r w:rsidRPr="00691B2E">
        <w:rPr>
          <w:lang w:val="pl-PL"/>
        </w:rPr>
        <w:t>znałam/em się z dołączoną klauzulą informacyjną. Udział jest dobrowolny. Zgodę mogę wycofać, pisząc na biuro@ozzpiw.pl. Lista nie jest przeznaczona do publicznego udostępniania.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4535"/>
        <w:gridCol w:w="4422"/>
      </w:tblGrid>
      <w:tr w:rsidR="00A00B01" w:rsidRPr="00691B2E" w14:paraId="5ED772FB" w14:textId="77777777"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</w:tcPr>
          <w:p w14:paraId="7A0D9F33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Lp.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</w:tcPr>
          <w:p w14:paraId="77A1707E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Imię i nazwisko</w:t>
            </w: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</w:tcPr>
          <w:p w14:paraId="0765937A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Podpis</w:t>
            </w:r>
          </w:p>
        </w:tc>
      </w:tr>
      <w:tr w:rsidR="00A00B01" w:rsidRPr="00691B2E" w14:paraId="2E21C2F3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2E1DA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1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7F136F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193562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6A29EB0D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040AFA7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2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9F8F88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522389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34E914B7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52B38F9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3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359C39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1B7028A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1C75170F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CC8D3D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4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E53586A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E73D311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6ED14668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0252CB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5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2F265E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DF97D8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4B3D36E3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86F73E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6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C80247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0C4844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4BF14ABB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6F88AC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7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DAD8AA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B6FC14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5BCDABDA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CCBC02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8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3554490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3405C1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5A43B3C2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46AE5F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9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9C6D18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1211DB" w14:textId="77777777" w:rsidR="00A00B01" w:rsidRPr="00691B2E" w:rsidRDefault="00A00B01">
            <w:pPr>
              <w:rPr>
                <w:lang w:val="pl-PL"/>
              </w:rPr>
            </w:pPr>
          </w:p>
        </w:tc>
      </w:tr>
      <w:tr w:rsidR="00A00B01" w:rsidRPr="00691B2E" w14:paraId="444DA088" w14:textId="77777777">
        <w:trPr>
          <w:trHeight w:val="482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53F1F7" w14:textId="77777777" w:rsidR="00A00B01" w:rsidRPr="00691B2E" w:rsidRDefault="00A06636">
            <w:pPr>
              <w:rPr>
                <w:lang w:val="pl-PL"/>
              </w:rPr>
            </w:pPr>
            <w:r w:rsidRPr="00691B2E">
              <w:rPr>
                <w:lang w:val="pl-PL"/>
              </w:rPr>
              <w:t>10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767E6E" w14:textId="77777777" w:rsidR="00A00B01" w:rsidRPr="00691B2E" w:rsidRDefault="00A00B01">
            <w:pPr>
              <w:rPr>
                <w:lang w:val="pl-PL"/>
              </w:rPr>
            </w:pPr>
          </w:p>
        </w:tc>
        <w:tc>
          <w:tcPr>
            <w:tcW w:w="44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DCF270" w14:textId="77777777" w:rsidR="00A00B01" w:rsidRPr="00691B2E" w:rsidRDefault="00A00B01">
            <w:pPr>
              <w:rPr>
                <w:lang w:val="pl-PL"/>
              </w:rPr>
            </w:pPr>
          </w:p>
        </w:tc>
      </w:tr>
    </w:tbl>
    <w:p w14:paraId="71146655" w14:textId="77777777" w:rsidR="00A00B01" w:rsidRPr="00691B2E" w:rsidRDefault="00A06636">
      <w:pPr>
        <w:rPr>
          <w:lang w:val="pl-PL"/>
        </w:rPr>
      </w:pPr>
      <w:r w:rsidRPr="00691B2E">
        <w:rPr>
          <w:lang w:val="pl-PL"/>
        </w:rPr>
        <w:t>Skany list: biuro@ozzpiw.pl • Temat: Poparcie postulatów IW</w:t>
      </w:r>
      <w:r w:rsidRPr="00691B2E">
        <w:rPr>
          <w:lang w:val="pl-PL"/>
        </w:rPr>
        <w:br/>
        <w:t>Prosimy podpisać się tylko raz i nie dołączać danych o przynależności związkowej.</w:t>
      </w:r>
    </w:p>
    <w:sectPr w:rsidR="00A00B01" w:rsidRPr="00691B2E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91B2E"/>
    <w:rsid w:val="00A00B01"/>
    <w:rsid w:val="00A06636"/>
    <w:rsid w:val="00AA1D8D"/>
    <w:rsid w:val="00B47730"/>
    <w:rsid w:val="00CB0664"/>
    <w:rsid w:val="00D84D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27C8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40"/>
    </w:pPr>
    <w:rPr>
      <w:rFonts w:ascii="Calibri" w:hAnsi="Calibr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40"/>
    </w:pPr>
    <w:rPr>
      <w:rFonts w:ascii="Calibri" w:hAnsi="Calibr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6EE64B-FB06-444E-8364-F4CB4A5B1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Wilwet</cp:lastModifiedBy>
  <cp:revision>2</cp:revision>
  <dcterms:created xsi:type="dcterms:W3CDTF">2026-10-30T11:07:00Z</dcterms:created>
  <dcterms:modified xsi:type="dcterms:W3CDTF">2026-10-30T11:07:00Z</dcterms:modified>
</cp:coreProperties>
</file>